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3EX成功被CoinMarketCap收录 迈向全球加密市场新高度</w:t>
      </w:r>
    </w:p>
    <w:p>
      <w:r>
        <w:t>近日，3EX交易平台迎来了一个重要的里程碑——平台正式被全球领先的加密货币数据平台CoinMarketCap收录。作为全球最具权威性的加密货币信息门户，CoinMarketCap的收录标志着3EX在透明度、交易量以及市场表现方面的实力得到了行业的广泛认可。这一成就不仅增强了3EX在全球市场的影响力，也为平台的国际化进程奠定了坚实的基础。</w:t>
      </w:r>
    </w:p>
    <w:p>
      <w:r>
        <w:t>3EX平台的此次成功收录，无疑是其快速发展的重要标志，为平台继续扩大国际用户群体提供了全新的契机。</w:t>
      </w:r>
    </w:p>
    <w:p>
      <w:pPr>
        <w:pStyle w:val="Heading2"/>
      </w:pPr>
      <w:r>
        <w:t>CoinMarketCap收录的意义</w:t>
      </w:r>
    </w:p>
    <w:p>
      <w:r>
        <w:t>CoinMarketCap作为加密货币行业内最具权威和影响力的数据平台之一，自2013年成立以来，已成为全球数百万用户获取实时加密货币数据的首选渠道。CoinMarketCap收录的项目和平台通常具有较高的透明度、交易量和市场认可度。因此，能够被CoinMarketCap收录，代表了平台在全球加密货币市场中的重要地位。</w:t>
      </w:r>
    </w:p>
    <w:p>
      <w:r>
        <w:t>此次3EX被CoinMarketCap收录，不仅意味着平台的交易量、市场流动性以及透明度得到了行业的肯定，更标志着3EX在全球范围内获得了广泛的信任和认可。通过这一收录，3EX将能够向全球用户展示其优质的服务和稳健的发展势头。同时，3EX平台的用户将受益于更广泛的市场曝光和数据访问，能够更加便捷地获取平台的实时交易信息与市场动态。</w:t>
      </w:r>
    </w:p>
    <w:p>
      <w:r>
        <w:t>CoinMarketCap的收录将进一步提升3EX在全球加密货币市场中的声誉，为平台吸引更多国际用户和投资者奠定了基础。这一重要节点不仅是对3EX过去努力的肯定，更为平台的未来发展注入了新的动力，预示着其在国际市场中更广阔的成长空间。</w:t>
      </w:r>
    </w:p>
    <w:p>
      <w:pPr>
        <w:pStyle w:val="Heading2"/>
      </w:pPr>
      <w:r>
        <w:t>六年积淀，迈向全球</w:t>
      </w:r>
    </w:p>
    <w:p>
      <w:r>
        <w:t>自六年前成立以来，3EX一直专注于为全球用户提供安全、稳定和高效的数字资产交易服务。凭借对行业的深刻理解和技术的不断创新，3EX迅速成长为行业内一股不可忽视的力量。平台始终以用户体验为核心，致力于打造一个安全、透明、用户友好的交易环境。</w:t>
      </w:r>
    </w:p>
    <w:p>
      <w:r>
        <w:t>在发展的过程中，3EX推出了多项创新功能，其中最引人注目的是</w:t>
      </w:r>
      <w:r>
        <w:t>3EX CryptoGpt</w:t>
      </w:r>
      <w:r>
        <w:t>。这一功能集合了多项智能化服务，包括「模板」创建AI策略、「万能指标组合」创建AI策略、通过「文字描述」创建策略等，帮助用户轻松定制自己的交易策略。此外，CryptoGpt还提供了AI交易教程、币问币答和币圈热点等功能，为用户提供了全方位的智能交易支持。这些创新使得3EX不仅在技术上保持了领先地位，还进一步提升了用户的交易体验和互动性。</w:t>
      </w:r>
    </w:p>
    <w:p>
      <w:r>
        <w:t>通过不断优化平台的技术和服务，3EX成功吸引了来自世界各地的用户，并逐步扩展其全球市场。平台的全球化战略不仅体现在用户覆盖面上，还通过本地化服务和与各地区合作伙伴的协作，为不同市场的用户提供定制化的解决方案。</w:t>
      </w:r>
    </w:p>
    <w:p>
      <w:r>
        <w:t>如今，3EX已经从一个新兴的加密货币平台成长为全球领先的数字资产交易平台之一。此次被CoinMarketCap收录，不仅是对平台过去六年努力的肯定，更为3EX未来的全球扩展和创新提供了更大的动力。</w:t>
      </w:r>
    </w:p>
    <w:p>
      <w:pPr>
        <w:pStyle w:val="Heading2"/>
      </w:pPr>
      <w:r>
        <w:t>全球用户积极反馈，市场表现稳步上升</w:t>
      </w:r>
    </w:p>
    <w:p>
      <w:r>
        <w:t>3EX平台被CoinMarketCap收录后，全球市场迅速做出积极反响。作为行业内备受瞩目的平台之一，3EX的知名度在短时间内得到大幅提升，吸引了更多国际用户的关注与参与。平台的用户数量随之显著增长，新注册用户数和活跃用户数都呈现出持续上升的趋势。</w:t>
      </w:r>
    </w:p>
    <w:p>
      <w:r>
        <w:t>根据最新数据显示，3EX的用户基数在被收录后增长了12%，活跃用户的日交易量也大幅提升，尤其是在欧美和亚洲市场表现尤为突出。伴随着平台功能的不断优化和CryptoGpt的智能化交易服务，用户的黏性与互动性得到了进一步的提升。平台上的交易对数量和流动性也呈现出健康的增长态势，为用户提供了更多的交易选择与市场机会。</w:t>
      </w:r>
    </w:p>
    <w:p>
      <w:r>
        <w:t>市场分析显示，随着3EX在全球范围内的知名度提升，预计未来6至12个月内平台的用户增长将继续保持稳定上升的趋势，特别是在新兴市场和机构投资者领域。平台的创新功能，如AI策略创建和智能化交易工具，进一步吸引了更多高频交易者和机构投资者的参与。这一发展不仅为3EX开辟了新的市场空间，也为平台未来的营收增长提供了有力的支撑。</w:t>
      </w:r>
    </w:p>
    <w:p>
      <w:r>
        <w:t>用户的积极反馈进一步验证了平台的核心价值。许多用户表示，3EX提供的智能化交易策略和教程使得交易过程更加便捷、智能，有效提升了他们的投资回报率。此外，平台的高安全性和透明度也赢得了用户的信赖，增强了用户的长期使用意愿。</w:t>
      </w:r>
    </w:p>
    <w:p>
      <w:r>
        <w:t>总体来看，3EX被CoinMarketCap收录后，市场表现和用户反馈都显示出积极的上升趋势，平台在全球加密货币市场中的地位得到了进一步巩固。未来，随着平台技术和服务的进一步创新，3EX有望在全球范围内获得更广泛的认可与市场份额。</w:t>
      </w:r>
    </w:p>
    <w:p>
      <w:pPr>
        <w:pStyle w:val="Heading2"/>
      </w:pPr>
      <w:r>
        <w:t>踏实前行，展望未来的全球化布局</w:t>
      </w:r>
    </w:p>
    <w:p>
      <w:r>
        <w:t>对于3EX平台被CoinMarketCap成功收录，公司领导层表达了极大的兴奋与自豪。3EX CEO在采访中表示：“能够被CoinMarketCap这样的全球领先加密货币数据平台收录，是对3EX过去六年来不断努力的肯定。这不仅标志着我们在技术创新、市场透明度和用户服务上的成功，也为我们未来的发展指明了方向。”</w:t>
      </w:r>
    </w:p>
    <w:p>
      <w:r>
        <w:t>CEO进一步提到：“我们始终相信，用户至上的理念和不断的技术创新是推动3EX前行的关键动力。未来，我们将继续专注于全球市场的拓展，不断提升平台的安全性和用户体验。同时，我们将围绕3EX CryptoGpt等核心功能，进一步推动智能交易的普及，帮助更多用户实现数字资产的高效管理与交易。”</w:t>
      </w:r>
    </w:p>
    <w:p>
      <w:r>
        <w:t>在谈到平台未来的战略布局时，领导层表示，3EX将加大对新兴市场的投入，特别是在亚洲、欧洲和北美市场。平台计划通过与全球各地的合作伙伴建立更紧密的合作关系，推出更多本地化产品与服务。同时，随着区块链技术和加密货币市场的不断发展，3EX也将继续探索去中心化金融（DeFi）和数字资产创新等领域，保持技术领先地位。</w:t>
      </w:r>
    </w:p>
    <w:p>
      <w:r>
        <w:t>此外，CEO特别表达了对团队、用户和合作伙伴的感谢：“这次被CoinMarketCap收录，不仅是3EX发展的一个重要里程碑，也是我们全体员工不懈努力的成果。我由衷感谢团队的辛勤付出，感谢全球用户对我们平台的信任与支持，也感谢合作伙伴在发展过程中的密切合作。正是有了你们的共同努力，3EX才能够在激烈的市场竞争中取得今日的成绩。”</w:t>
      </w:r>
    </w:p>
    <w:p>
      <w:r>
        <w:t>展望未来，3EX将继续秉持创新、诚信与用户至上的核心价值，不断提升平台的技术实力和服务水平，为全球用户提供更好的数字资产交易体验。随着平台全球化战略的逐步落实，3EX的目标是在未来几年内成为全球领先的数字资产交易平台，为加密货币行业的发展贡献更多力量。</w:t>
      </w:r>
    </w:p>
    <w:p>
      <w:pPr>
        <w:pStyle w:val="Heading2"/>
      </w:pPr>
      <w:r>
        <w:t>迈向全球，共享未来</w:t>
      </w:r>
    </w:p>
    <w:p>
      <w:r>
        <w:t>此次被CoinMarketCap收录，标志着3EX平台在全球加密货币市场上迈出了至关重要的一步。作为加密货币领域的领先平台之一，3EX的透明度、市场表现和技术实力得到了行业的广泛认可。这一成就不仅展示了3EX过去六年的不懈努力，也为平台未来的国际化扩展和技术创新奠定了坚实的基础。</w:t>
      </w:r>
    </w:p>
    <w:p>
      <w:r>
        <w:t>在未来，3EX将继续坚持创新驱动，不断优化和推出更多智能化的交易工具与服务，帮助全球用户更高效地管理他们的数字资产。平台的全球化战略将进一步深化，致力于为更多的用户提供安全、便捷的交易体验，推动全球加密货币行业的可持续发展。</w:t>
      </w:r>
    </w:p>
    <w:p>
      <w:r>
        <w:t>我们诚挚地邀请更多的用户和合作伙伴加入3EX，共享这个充满机遇与潜力的未来。无论是经验丰富的投资者，还是初入市场的新人，3EX都将为您提供专业的支持与服务，助您在加密货币市场中取得成功。</w:t>
      </w:r>
    </w:p>
    <w:p>
      <w:r>
        <w:t>3EX的故事才刚刚开始，未来，我们将继续踏实前行，携手全球用户与合作伙伴，共同迎接数字资产时代的到来。</w:t>
      </w:r>
    </w:p>
    <w:p>
      <w:pPr>
        <w:pStyle w:val="Heading2"/>
      </w:pPr>
      <w:r>
        <w:t xml:space="preserve">3EX相关链接： </w:t>
      </w:r>
    </w:p>
    <w:p>
      <w:r>
        <w:t>社媒Linktree：https://linktr.ee/3exlinktreecn</w:t>
      </w:r>
    </w:p>
    <w:p>
      <w:r>
        <w:t>Twitter(CN): https://twitter.com/3EX_ZH</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